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Times New Roman" w:hAnsi="Times New Roman"/>
          <w:color w:val="787878"/>
          <w:sz w:val="17"/>
        </w:rPr>
        <w:t>NJCIET / Springer LNCS Format Manuscript Template</w:t>
        <w:br/>
      </w:r>
    </w:p>
    <w:p>
      <w:pPr>
        <w:jc w:val="center"/>
      </w:pPr>
      <w:r>
        <w:rPr>
          <w:rFonts w:ascii="Times New Roman" w:hAnsi="Times New Roman"/>
          <w:b/>
          <w:sz w:val="28"/>
        </w:rPr>
        <w:t>Contribution Title</w:t>
        <w:br/>
      </w:r>
    </w:p>
    <w:p>
      <w:pPr>
        <w:jc w:val="center"/>
      </w:pPr>
      <w:r>
        <w:rPr>
          <w:rFonts w:ascii="Times New Roman" w:hAnsi="Times New Roman"/>
          <w:sz w:val="20"/>
        </w:rPr>
        <w:t>First Author1[0000-1111-2222-3333] and Second Author2[1111-2222-3333-4444]</w:t>
        <w:br/>
      </w:r>
    </w:p>
    <w:p>
      <w:pPr>
        <w:jc w:val="center"/>
      </w:pPr>
      <w:r>
        <w:rPr>
          <w:rFonts w:ascii="Times New Roman" w:hAnsi="Times New Roman"/>
          <w:i/>
          <w:sz w:val="18"/>
        </w:rPr>
        <w:t>1 Department of Computer Science &amp; Engineering, MLR Institute of Technology, Hyderabad, India</w:t>
        <w:br/>
        <w:t>2 Department of Technology &amp; Innovation, Partner University</w:t>
        <w:br/>
        <w:t>author@institution.edu.in</w:t>
        <w:br/>
      </w:r>
    </w:p>
    <w:p>
      <w:r>
        <w:rPr>
          <w:rFonts w:ascii="Times New Roman" w:hAnsi="Times New Roman"/>
          <w:b/>
          <w:sz w:val="19"/>
        </w:rPr>
        <w:t xml:space="preserve">Abstract. </w:t>
      </w:r>
      <w:r>
        <w:rPr>
          <w:rFonts w:ascii="Times New Roman" w:hAnsi="Times New Roman"/>
          <w:sz w:val="19"/>
        </w:rPr>
        <w:t>The abstract should summarize the contents of the paper in short terms, i.e., 150–250 words. Do not cite references in the abstract. Avoid acronyms or define them in the text.</w:t>
      </w:r>
    </w:p>
    <w:p>
      <w:r>
        <w:rPr>
          <w:rFonts w:ascii="Times New Roman" w:hAnsi="Times New Roman"/>
          <w:b/>
          <w:sz w:val="19"/>
        </w:rPr>
        <w:t xml:space="preserve">Keywords: </w:t>
      </w:r>
      <w:r>
        <w:rPr>
          <w:rFonts w:ascii="Times New Roman" w:hAnsi="Times New Roman"/>
          <w:sz w:val="19"/>
        </w:rPr>
        <w:t>First Keyword, Second Keyword, Third Keyword, Fourth Keyword, Emerging Technologies.</w:t>
      </w:r>
    </w:p>
    <w:p>
      <w:r>
        <w:rPr>
          <w:rFonts w:ascii="Times New Roman" w:hAnsi="Times New Roman"/>
          <w:b/>
          <w:sz w:val="24"/>
        </w:rPr>
        <w:t>1   First Section</w:t>
      </w:r>
    </w:p>
    <w:p>
      <w:r>
        <w:rPr>
          <w:rFonts w:ascii="Times New Roman" w:hAnsi="Times New Roman"/>
          <w:sz w:val="20"/>
        </w:rPr>
        <w:t>Please note that the first paragraph of a section or subsection is not indented. The first paragraph that follows a table, figure, equation etc. does not have an indent, either. Subsequent paragraphs, however, are indented.</w:t>
        <w:br/>
        <w:br/>
        <w:t>The paper must be written in English. Standard length for regular papers is 4 to 6 pages. Review papers may extend up to 8 pages with prior editorial approval.</w:t>
      </w:r>
    </w:p>
    <w:p>
      <w:r>
        <w:rPr>
          <w:rFonts w:ascii="Times New Roman" w:hAnsi="Times New Roman"/>
          <w:b/>
          <w:sz w:val="20"/>
        </w:rPr>
        <w:t>1.1   A Subsection Sample</w:t>
      </w:r>
    </w:p>
    <w:p>
      <w:r>
        <w:rPr>
          <w:rFonts w:ascii="Times New Roman" w:hAnsi="Times New Roman"/>
          <w:sz w:val="20"/>
        </w:rPr>
        <w:t>Sample Heading (Third Level). Only two levels of headings should be numbered. Lower level headings remain unnumbered; they are formatted as run-in headings.</w:t>
        <w:br/>
        <w:br/>
        <w:t>Table captions should be placed above the tables. Figure captions should be placed below the illustrations.</w:t>
      </w:r>
    </w:p>
    <w:p>
      <w:pPr>
        <w:jc w:val="center"/>
      </w:pPr>
      <w:r>
        <w:rPr>
          <w:rFonts w:ascii="Times New Roman" w:hAnsi="Times New Roman"/>
          <w:sz w:val="20"/>
        </w:rPr>
        <w:t>x + y = z   (1)</w:t>
      </w:r>
    </w:p>
    <w:p>
      <w:r>
        <w:rPr>
          <w:rFonts w:ascii="Times New Roman" w:hAnsi="Times New Roman"/>
          <w:sz w:val="20"/>
        </w:rPr>
        <w:t>Displayed equations are centered and set on a separate line. Please try to avoid rasterized images for line-art diagrams and schemas; use high-resolution vector graphics instead.</w:t>
      </w:r>
    </w:p>
    <w:p>
      <w:r>
        <w:rPr>
          <w:rFonts w:ascii="Times New Roman" w:hAnsi="Times New Roman"/>
          <w:b/>
          <w:sz w:val="22"/>
        </w:rPr>
        <w:t>References</w:t>
      </w:r>
    </w:p>
    <w:p>
      <w:r>
        <w:rPr>
          <w:rFonts w:ascii="Times New Roman" w:hAnsi="Times New Roman"/>
          <w:sz w:val="18"/>
        </w:rPr>
        <w:t>1. Author, F.: Article title. Journal of Computing &amp; Innovation 2(5), 99-110 (2020).</w:t>
      </w:r>
    </w:p>
    <w:p>
      <w:r>
        <w:rPr>
          <w:rFonts w:ascii="Times New Roman" w:hAnsi="Times New Roman"/>
          <w:sz w:val="18"/>
        </w:rPr>
        <w:t>2. Author, F., Author, S.: Title of a proceedings paper. In: Editor, F. (eds.) NCCI Conference Proceedings, LNCS, vol. 9999, pp. 1-13. Springer, Heidelberg (2022).</w:t>
      </w:r>
    </w:p>
    <w:p>
      <w:r>
        <w:rPr>
          <w:rFonts w:ascii="Times New Roman" w:hAnsi="Times New Roman"/>
          <w:sz w:val="18"/>
        </w:rPr>
        <w:t>3. Author, F., Author, S., Author, T.: Book title. 2nd edn. Publisher, Location (2021).</w:t>
      </w:r>
    </w:p>
    <w:p>
      <w:r>
        <w:rPr>
          <w:rFonts w:ascii="Times New Roman" w:hAnsi="Times New Roman"/>
          <w:sz w:val="18"/>
        </w:rPr>
        <w:t>4. Author, F.: Contribution title. In: 9th International Conference on Computing, pp. 1-2. IEEE / Springer (2023).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